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B9AEC" w14:textId="3B6071A1" w:rsidR="00CD53D9" w:rsidRPr="006F5824" w:rsidRDefault="00C76403">
      <w:pPr>
        <w:keepLines/>
        <w:spacing w:line="240" w:lineRule="auto"/>
        <w:jc w:val="center"/>
        <w:rPr>
          <w:sz w:val="2"/>
          <w:szCs w:val="4"/>
        </w:rPr>
      </w:pPr>
      <w:r w:rsidRPr="006F5824">
        <w:rPr>
          <w:noProof/>
          <w:sz w:val="2"/>
          <w:szCs w:val="4"/>
        </w:rPr>
        <w:drawing>
          <wp:anchor distT="0" distB="0" distL="114300" distR="114300" simplePos="0" relativeHeight="251656704" behindDoc="0" locked="0" layoutInCell="1" allowOverlap="1" wp14:anchorId="21DF6BA5" wp14:editId="10E3A850">
            <wp:simplePos x="0" y="0"/>
            <wp:positionH relativeFrom="column">
              <wp:posOffset>-438785</wp:posOffset>
            </wp:positionH>
            <wp:positionV relativeFrom="paragraph">
              <wp:posOffset>23083</wp:posOffset>
            </wp:positionV>
            <wp:extent cx="7782560" cy="2950210"/>
            <wp:effectExtent l="0" t="0" r="8890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82560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DD8F" w14:textId="389EB3B1" w:rsidR="00545415" w:rsidRPr="002B7D2F" w:rsidRDefault="00545415" w:rsidP="00654B9D">
      <w:pPr>
        <w:keepNext/>
        <w:keepLines/>
        <w:spacing w:before="60" w:after="80" w:line="240" w:lineRule="auto"/>
        <w:jc w:val="center"/>
        <w:rPr>
          <w:b/>
          <w:color w:val="00717B"/>
          <w:sz w:val="12"/>
          <w:szCs w:val="2"/>
        </w:rPr>
      </w:pPr>
    </w:p>
    <w:p w14:paraId="61C30F32" w14:textId="590ED0F3" w:rsidR="00CD53D9" w:rsidRDefault="00000000" w:rsidP="00654B9D">
      <w:pPr>
        <w:keepNext/>
        <w:keepLines/>
        <w:spacing w:before="60" w:after="80" w:line="240" w:lineRule="auto"/>
        <w:jc w:val="center"/>
        <w:rPr>
          <w:b/>
          <w:color w:val="00717B"/>
          <w:sz w:val="40"/>
        </w:rPr>
      </w:pPr>
      <w:r>
        <w:rPr>
          <w:b/>
          <w:color w:val="00717B"/>
          <w:sz w:val="40"/>
        </w:rPr>
        <w:t>Why I Am Running</w:t>
      </w:r>
    </w:p>
    <w:p w14:paraId="17D1B4C4" w14:textId="77777777" w:rsidR="00654B9D" w:rsidRPr="00545415" w:rsidRDefault="00000000" w:rsidP="002B7D2F">
      <w:pPr>
        <w:keepLines/>
        <w:spacing w:after="60" w:line="240" w:lineRule="auto"/>
        <w:jc w:val="center"/>
        <w:rPr>
          <w:color w:val="1D252C"/>
        </w:rPr>
      </w:pPr>
      <w:r w:rsidRPr="00545415">
        <w:rPr>
          <w:color w:val="1D252C"/>
        </w:rPr>
        <w:t>I</w:t>
      </w:r>
      <w:r w:rsidR="00654B9D" w:rsidRPr="00545415">
        <w:rPr>
          <w:color w:val="1D252C"/>
        </w:rPr>
        <w:t>’</w:t>
      </w:r>
      <w:r w:rsidRPr="00545415">
        <w:rPr>
          <w:color w:val="1D252C"/>
        </w:rPr>
        <w:t>m running for Councillor to help bring real change to this municipality.</w:t>
      </w:r>
    </w:p>
    <w:p w14:paraId="7F129AB2" w14:textId="77777777" w:rsidR="00654B9D" w:rsidRPr="00545415" w:rsidRDefault="00000000" w:rsidP="002B7D2F">
      <w:pPr>
        <w:keepLines/>
        <w:spacing w:after="60" w:line="240" w:lineRule="auto"/>
        <w:jc w:val="center"/>
        <w:rPr>
          <w:color w:val="1D252C"/>
        </w:rPr>
      </w:pPr>
      <w:r w:rsidRPr="00545415">
        <w:rPr>
          <w:color w:val="1D252C"/>
        </w:rPr>
        <w:t>After decades of “same-old, same-old,”</w:t>
      </w:r>
      <w:r w:rsidR="00654B9D" w:rsidRPr="00545415">
        <w:rPr>
          <w:color w:val="1D252C"/>
        </w:rPr>
        <w:t xml:space="preserve"> </w:t>
      </w:r>
      <w:r w:rsidRPr="00545415">
        <w:rPr>
          <w:color w:val="1D252C"/>
        </w:rPr>
        <w:t>even good systems can fall behind.</w:t>
      </w:r>
    </w:p>
    <w:p w14:paraId="132AEB9A" w14:textId="4B0E4FA7" w:rsidR="00CD53D9" w:rsidRPr="00545415" w:rsidRDefault="00000000" w:rsidP="002B7D2F">
      <w:pPr>
        <w:keepLines/>
        <w:spacing w:after="60" w:line="240" w:lineRule="auto"/>
        <w:jc w:val="center"/>
      </w:pPr>
      <w:r w:rsidRPr="00545415">
        <w:rPr>
          <w:color w:val="1D252C"/>
        </w:rPr>
        <w:t>They must be reviewed, updated and made to work for the people they are meant to serve.</w:t>
      </w:r>
    </w:p>
    <w:p w14:paraId="5997B482" w14:textId="77777777" w:rsidR="00545415" w:rsidRDefault="00000000" w:rsidP="002B7D2F">
      <w:pPr>
        <w:keepLines/>
        <w:spacing w:after="40" w:line="240" w:lineRule="auto"/>
        <w:jc w:val="center"/>
        <w:rPr>
          <w:color w:val="1D252C"/>
        </w:rPr>
      </w:pPr>
      <w:r w:rsidRPr="00545415">
        <w:rPr>
          <w:color w:val="1D252C"/>
        </w:rPr>
        <w:t>Through my own experiences with City Council, By-law officers and the court system</w:t>
      </w:r>
    </w:p>
    <w:p w14:paraId="6ABF152D" w14:textId="77777777" w:rsidR="00545415" w:rsidRDefault="00000000" w:rsidP="002B7D2F">
      <w:pPr>
        <w:keepLines/>
        <w:spacing w:after="40" w:line="240" w:lineRule="auto"/>
        <w:jc w:val="center"/>
        <w:rPr>
          <w:color w:val="1D252C"/>
        </w:rPr>
      </w:pPr>
      <w:r w:rsidRPr="00545415">
        <w:rPr>
          <w:color w:val="1D252C"/>
        </w:rPr>
        <w:t>and by listening to residents facing similar</w:t>
      </w:r>
      <w:r w:rsidR="00545415">
        <w:rPr>
          <w:color w:val="1D252C"/>
        </w:rPr>
        <w:t xml:space="preserve"> </w:t>
      </w:r>
      <w:r w:rsidRPr="00545415">
        <w:rPr>
          <w:color w:val="1D252C"/>
        </w:rPr>
        <w:t>problems</w:t>
      </w:r>
      <w:r w:rsidR="00654B9D" w:rsidRPr="00545415">
        <w:rPr>
          <w:color w:val="1D252C"/>
        </w:rPr>
        <w:t>,</w:t>
      </w:r>
    </w:p>
    <w:p w14:paraId="752DB47F" w14:textId="49C02102" w:rsidR="00654B9D" w:rsidRPr="00545415" w:rsidRDefault="00000000" w:rsidP="002B7D2F">
      <w:pPr>
        <w:keepLines/>
        <w:spacing w:after="40" w:line="240" w:lineRule="auto"/>
        <w:jc w:val="center"/>
        <w:rPr>
          <w:color w:val="1D252C"/>
        </w:rPr>
      </w:pPr>
      <w:r w:rsidRPr="00545415">
        <w:rPr>
          <w:color w:val="1D252C"/>
        </w:rPr>
        <w:t>I have seen how easily people can feel unheard, passed around or left without answers.</w:t>
      </w:r>
    </w:p>
    <w:p w14:paraId="709D1EC7" w14:textId="7B89EBF3" w:rsidR="00CD53D9" w:rsidRPr="00545415" w:rsidRDefault="00000000" w:rsidP="002B7D2F">
      <w:pPr>
        <w:keepLines/>
        <w:spacing w:after="40" w:line="240" w:lineRule="auto"/>
        <w:jc w:val="center"/>
      </w:pPr>
      <w:r w:rsidRPr="00545415">
        <w:rPr>
          <w:color w:val="1D252C"/>
        </w:rPr>
        <w:t>It is time to restore a strong voice that works for the people, not against them.</w:t>
      </w:r>
    </w:p>
    <w:p w14:paraId="56B29C19" w14:textId="7BECA02E" w:rsidR="00CD53D9" w:rsidRPr="00545415" w:rsidRDefault="00000000" w:rsidP="00654B9D">
      <w:pPr>
        <w:keepLines/>
        <w:spacing w:after="100" w:line="250" w:lineRule="auto"/>
        <w:jc w:val="center"/>
        <w:rPr>
          <w:b/>
          <w:color w:val="183746"/>
        </w:rPr>
      </w:pPr>
      <w:r w:rsidRPr="00545415">
        <w:rPr>
          <w:b/>
          <w:color w:val="183746"/>
        </w:rPr>
        <w:t>I have a vision</w:t>
      </w:r>
      <w:r w:rsidR="00A206AE" w:rsidRPr="00545415">
        <w:rPr>
          <w:b/>
          <w:color w:val="183746"/>
        </w:rPr>
        <w:t xml:space="preserve"> </w:t>
      </w:r>
      <w:r w:rsidRPr="00545415">
        <w:rPr>
          <w:b/>
          <w:color w:val="183746"/>
        </w:rPr>
        <w:t>and I have already begun building it.</w:t>
      </w:r>
      <w:r w:rsidR="00545415" w:rsidRPr="00545415">
        <w:rPr>
          <w:b/>
          <w:color w:val="183746"/>
        </w:rPr>
        <w:br/>
        <w:t>I have created an APP called PITA for tracking public issues!</w:t>
      </w:r>
    </w:p>
    <w:p w14:paraId="3F6CBF50" w14:textId="77777777" w:rsidR="002B7D2F" w:rsidRPr="002B7D2F" w:rsidRDefault="002B7D2F" w:rsidP="002B7D2F">
      <w:pPr>
        <w:keepNext/>
        <w:keepLines/>
        <w:spacing w:before="60" w:after="80" w:line="240" w:lineRule="auto"/>
        <w:jc w:val="center"/>
        <w:rPr>
          <w:b/>
          <w:color w:val="00717B"/>
          <w:sz w:val="12"/>
          <w:szCs w:val="2"/>
        </w:rPr>
      </w:pPr>
    </w:p>
    <w:p w14:paraId="48278011" w14:textId="066810AA" w:rsidR="00A206AE" w:rsidRPr="00A206AE" w:rsidRDefault="00545415" w:rsidP="00545415">
      <w:pPr>
        <w:keepLines/>
        <w:spacing w:after="20" w:line="240" w:lineRule="auto"/>
        <w:rPr>
          <w:sz w:val="28"/>
          <w:szCs w:val="32"/>
        </w:rPr>
      </w:pPr>
      <w:r>
        <w:rPr>
          <w:noProof/>
          <w:sz w:val="24"/>
          <w:szCs w:val="28"/>
        </w:rPr>
        <w:drawing>
          <wp:anchor distT="0" distB="0" distL="114300" distR="114300" simplePos="0" relativeHeight="251659776" behindDoc="0" locked="0" layoutInCell="1" allowOverlap="1" wp14:anchorId="6DA805FF" wp14:editId="6BB8E811">
            <wp:simplePos x="0" y="0"/>
            <wp:positionH relativeFrom="column">
              <wp:posOffset>-21590</wp:posOffset>
            </wp:positionH>
            <wp:positionV relativeFrom="paragraph">
              <wp:posOffset>33828</wp:posOffset>
            </wp:positionV>
            <wp:extent cx="1424305" cy="1453515"/>
            <wp:effectExtent l="0" t="0" r="4445" b="0"/>
            <wp:wrapSquare wrapText="bothSides"/>
            <wp:docPr id="2045402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14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5415">
        <w:rPr>
          <w:b/>
          <w:color w:val="00717B"/>
          <w:sz w:val="36"/>
          <w:szCs w:val="28"/>
        </w:rPr>
        <w:t>Got an issue?</w:t>
      </w:r>
      <w:r>
        <w:rPr>
          <w:b/>
          <w:color w:val="00717B"/>
          <w:sz w:val="36"/>
          <w:szCs w:val="28"/>
        </w:rPr>
        <w:t xml:space="preserve"> </w:t>
      </w:r>
      <w:r w:rsidRPr="00545415">
        <w:rPr>
          <w:b/>
          <w:color w:val="00717B"/>
          <w:sz w:val="36"/>
          <w:szCs w:val="28"/>
        </w:rPr>
        <w:t>Put it in PITA</w:t>
      </w:r>
      <w:r>
        <w:rPr>
          <w:b/>
          <w:color w:val="00717B"/>
          <w:sz w:val="36"/>
          <w:szCs w:val="28"/>
        </w:rPr>
        <w:t>…</w:t>
      </w:r>
      <w:r>
        <w:rPr>
          <w:b/>
          <w:color w:val="00717B"/>
          <w:sz w:val="36"/>
          <w:szCs w:val="28"/>
        </w:rPr>
        <w:br/>
        <w:t>the Public Issue Tracker APP!</w:t>
      </w:r>
      <w:r>
        <w:rPr>
          <w:b/>
          <w:color w:val="18375E"/>
          <w:sz w:val="28"/>
          <w:szCs w:val="32"/>
        </w:rPr>
        <w:br/>
      </w:r>
      <w:r w:rsidR="00A206AE" w:rsidRPr="00545415">
        <w:rPr>
          <w:b/>
          <w:color w:val="18375E"/>
          <w:sz w:val="24"/>
          <w:szCs w:val="28"/>
        </w:rPr>
        <w:t>Report it. Map it. Track it. Get answers.</w:t>
      </w:r>
    </w:p>
    <w:p w14:paraId="2E68D648" w14:textId="292C27B6" w:rsidR="00A206AE" w:rsidRPr="00545415" w:rsidRDefault="00A206AE" w:rsidP="002B7D2F">
      <w:pPr>
        <w:keepLines/>
        <w:spacing w:after="40" w:line="240" w:lineRule="auto"/>
        <w:rPr>
          <w:sz w:val="22"/>
          <w:szCs w:val="24"/>
        </w:rPr>
      </w:pPr>
      <w:r w:rsidRPr="00545415">
        <w:rPr>
          <w:color w:val="1D252C"/>
          <w:szCs w:val="24"/>
        </w:rPr>
        <w:t xml:space="preserve">A practical tool for reporting roads, drainage, garbage, by-law, customer-service and other municipal issues. </w:t>
      </w:r>
      <w:r w:rsidRPr="00545415">
        <w:rPr>
          <w:color w:val="1D252C"/>
          <w:szCs w:val="24"/>
        </w:rPr>
        <w:br/>
        <w:t>Each report creates a record that can be followed up, updated and reported back to the resident.</w:t>
      </w:r>
    </w:p>
    <w:p w14:paraId="06F1544A" w14:textId="59065180" w:rsidR="00A206AE" w:rsidRPr="00545415" w:rsidRDefault="00A206AE" w:rsidP="002B7D2F">
      <w:pPr>
        <w:keepLines/>
        <w:spacing w:after="40" w:line="240" w:lineRule="auto"/>
        <w:rPr>
          <w:sz w:val="22"/>
          <w:szCs w:val="24"/>
        </w:rPr>
      </w:pPr>
      <w:r w:rsidRPr="00545415">
        <w:rPr>
          <w:color w:val="1D252C"/>
          <w:szCs w:val="24"/>
        </w:rPr>
        <w:t>With permission, a general location, category and status can appear on a privacy-protected public map,</w:t>
      </w:r>
      <w:r w:rsidR="00545415">
        <w:rPr>
          <w:color w:val="1D252C"/>
          <w:szCs w:val="24"/>
        </w:rPr>
        <w:t xml:space="preserve"> </w:t>
      </w:r>
      <w:r w:rsidRPr="00545415">
        <w:rPr>
          <w:color w:val="1D252C"/>
          <w:szCs w:val="24"/>
        </w:rPr>
        <w:t>never a resident’s name, contact information, private notes or exact address.</w:t>
      </w:r>
    </w:p>
    <w:p w14:paraId="1A79F383" w14:textId="07AE283C" w:rsidR="00A206AE" w:rsidRPr="00545415" w:rsidRDefault="00545415" w:rsidP="00545415">
      <w:pPr>
        <w:keepLines/>
        <w:spacing w:after="100" w:line="250" w:lineRule="auto"/>
        <w:ind w:left="2160"/>
        <w:rPr>
          <w:b/>
          <w:color w:val="18375E"/>
          <w:szCs w:val="24"/>
        </w:rPr>
      </w:pPr>
      <w:r>
        <w:rPr>
          <w:b/>
          <w:color w:val="18375E"/>
          <w:szCs w:val="24"/>
        </w:rPr>
        <w:t xml:space="preserve">    </w:t>
      </w:r>
      <w:r w:rsidR="00A206AE" w:rsidRPr="00545415">
        <w:rPr>
          <w:b/>
          <w:color w:val="18375E"/>
          <w:szCs w:val="24"/>
        </w:rPr>
        <w:t>One complaint can be overlooked. A visible pattern cannot.</w:t>
      </w:r>
    </w:p>
    <w:p w14:paraId="49F42C0A" w14:textId="77777777" w:rsidR="002B7D2F" w:rsidRPr="002B7D2F" w:rsidRDefault="002B7D2F" w:rsidP="002B7D2F">
      <w:pPr>
        <w:keepNext/>
        <w:keepLines/>
        <w:spacing w:before="60" w:after="80" w:line="240" w:lineRule="auto"/>
        <w:jc w:val="center"/>
        <w:rPr>
          <w:b/>
          <w:color w:val="00717B"/>
          <w:sz w:val="10"/>
          <w:szCs w:val="2"/>
        </w:rPr>
      </w:pPr>
    </w:p>
    <w:p w14:paraId="33BABEEB" w14:textId="401C7143" w:rsidR="00CD53D9" w:rsidRDefault="00000000">
      <w:pPr>
        <w:keepNext/>
        <w:keepLines/>
        <w:spacing w:before="120" w:after="60" w:line="240" w:lineRule="auto"/>
        <w:jc w:val="center"/>
        <w:rPr>
          <w:b/>
          <w:color w:val="00717B"/>
          <w:sz w:val="37"/>
        </w:rPr>
      </w:pPr>
      <w:r>
        <w:rPr>
          <w:b/>
          <w:color w:val="00717B"/>
          <w:sz w:val="37"/>
        </w:rPr>
        <w:t>My Vision</w:t>
      </w:r>
    </w:p>
    <w:p w14:paraId="1A9CDF01" w14:textId="5BA15B84" w:rsidR="00A206AE" w:rsidRPr="00347990" w:rsidRDefault="00347990" w:rsidP="002B7D2F">
      <w:pPr>
        <w:keepLines/>
        <w:spacing w:after="40" w:line="240" w:lineRule="auto"/>
        <w:ind w:left="284" w:right="226"/>
        <w:jc w:val="center"/>
        <w:rPr>
          <w:b/>
          <w:i/>
          <w:iCs/>
          <w:color w:val="183746"/>
          <w:sz w:val="24"/>
          <w:szCs w:val="32"/>
        </w:rPr>
      </w:pPr>
      <w:r>
        <w:rPr>
          <w:b/>
          <w:i/>
          <w:iCs/>
          <w:color w:val="183746"/>
          <w:sz w:val="24"/>
          <w:szCs w:val="32"/>
        </w:rPr>
        <w:t>“</w:t>
      </w:r>
      <w:r w:rsidR="00A206AE" w:rsidRPr="00347990">
        <w:rPr>
          <w:b/>
          <w:i/>
          <w:iCs/>
          <w:color w:val="183746"/>
          <w:sz w:val="24"/>
          <w:szCs w:val="32"/>
        </w:rPr>
        <w:t>Change is coming means a City Hall that remembers it works for the people</w:t>
      </w:r>
      <w:r>
        <w:rPr>
          <w:b/>
          <w:i/>
          <w:iCs/>
          <w:color w:val="183746"/>
          <w:sz w:val="24"/>
          <w:szCs w:val="32"/>
        </w:rPr>
        <w:t>”</w:t>
      </w:r>
    </w:p>
    <w:p w14:paraId="78E3BCC8" w14:textId="77777777" w:rsidR="002B7D2F" w:rsidRDefault="00A206AE" w:rsidP="002B7D2F">
      <w:pPr>
        <w:keepLines/>
        <w:spacing w:after="40" w:line="240" w:lineRule="auto"/>
        <w:ind w:left="284" w:right="226"/>
        <w:jc w:val="center"/>
        <w:rPr>
          <w:color w:val="1D252C"/>
          <w:szCs w:val="24"/>
        </w:rPr>
      </w:pPr>
      <w:r w:rsidRPr="002B7D2F">
        <w:rPr>
          <w:color w:val="1D252C"/>
          <w:szCs w:val="24"/>
        </w:rPr>
        <w:t>When residents elect representatives with courage, character and common sense,</w:t>
      </w:r>
    </w:p>
    <w:p w14:paraId="31013029" w14:textId="77777777" w:rsidR="002B7D2F" w:rsidRDefault="00A206AE" w:rsidP="002B7D2F">
      <w:pPr>
        <w:keepLines/>
        <w:spacing w:after="40" w:line="240" w:lineRule="auto"/>
        <w:ind w:left="284" w:right="226"/>
        <w:jc w:val="center"/>
        <w:rPr>
          <w:color w:val="1D252C"/>
          <w:szCs w:val="24"/>
        </w:rPr>
      </w:pPr>
      <w:r w:rsidRPr="002B7D2F">
        <w:rPr>
          <w:color w:val="1D252C"/>
          <w:szCs w:val="24"/>
        </w:rPr>
        <w:t>City Hall can become more responsive, transparent and accountable.</w:t>
      </w:r>
    </w:p>
    <w:p w14:paraId="0F23EBE7" w14:textId="15C29C99" w:rsidR="00A206AE" w:rsidRPr="002B7D2F" w:rsidRDefault="00A206AE" w:rsidP="002B7D2F">
      <w:pPr>
        <w:keepLines/>
        <w:spacing w:after="40" w:line="240" w:lineRule="auto"/>
        <w:ind w:left="284" w:right="226"/>
        <w:jc w:val="center"/>
        <w:rPr>
          <w:sz w:val="22"/>
          <w:szCs w:val="24"/>
        </w:rPr>
      </w:pPr>
      <w:r w:rsidRPr="002B7D2F">
        <w:rPr>
          <w:color w:val="1D252C"/>
          <w:szCs w:val="24"/>
        </w:rPr>
        <w:t>Problems should be confronted,</w:t>
      </w:r>
      <w:r w:rsidR="002B7D2F">
        <w:rPr>
          <w:color w:val="1D252C"/>
          <w:szCs w:val="24"/>
        </w:rPr>
        <w:t xml:space="preserve"> </w:t>
      </w:r>
      <w:r w:rsidRPr="002B7D2F">
        <w:rPr>
          <w:color w:val="1D252C"/>
          <w:szCs w:val="24"/>
        </w:rPr>
        <w:t>decisions made, responsibility accepted and commitments followed through.</w:t>
      </w:r>
    </w:p>
    <w:p w14:paraId="2D567211" w14:textId="77777777" w:rsidR="002B7D2F" w:rsidRDefault="00A206AE" w:rsidP="002B7D2F">
      <w:pPr>
        <w:keepLines/>
        <w:spacing w:after="100" w:line="240" w:lineRule="auto"/>
        <w:ind w:left="284" w:right="226"/>
        <w:jc w:val="center"/>
        <w:rPr>
          <w:color w:val="1D252C"/>
          <w:szCs w:val="24"/>
        </w:rPr>
      </w:pPr>
      <w:r w:rsidRPr="002B7D2F">
        <w:rPr>
          <w:color w:val="1D252C"/>
          <w:szCs w:val="24"/>
        </w:rPr>
        <w:t>Real leadership does not chase approval or disappear when opposition comes. It stands for truth,</w:t>
      </w:r>
    </w:p>
    <w:p w14:paraId="4D7ABDFC" w14:textId="77777777" w:rsidR="002B7D2F" w:rsidRDefault="00A206AE" w:rsidP="002B7D2F">
      <w:pPr>
        <w:keepLines/>
        <w:spacing w:after="100" w:line="240" w:lineRule="auto"/>
        <w:ind w:left="284" w:right="226"/>
        <w:jc w:val="center"/>
        <w:rPr>
          <w:color w:val="1D252C"/>
          <w:szCs w:val="24"/>
        </w:rPr>
      </w:pPr>
      <w:r w:rsidRPr="002B7D2F">
        <w:rPr>
          <w:color w:val="1D252C"/>
          <w:szCs w:val="24"/>
        </w:rPr>
        <w:t>judges fairly, seeks wisdom, accepts correction and serves without favouritism.</w:t>
      </w:r>
    </w:p>
    <w:p w14:paraId="6CE57CA3" w14:textId="77777777" w:rsidR="002B7D2F" w:rsidRDefault="00A206AE" w:rsidP="002B7D2F">
      <w:pPr>
        <w:keepLines/>
        <w:spacing w:after="100" w:line="240" w:lineRule="auto"/>
        <w:ind w:left="284" w:right="226"/>
        <w:jc w:val="center"/>
        <w:rPr>
          <w:color w:val="1D252C"/>
          <w:szCs w:val="24"/>
        </w:rPr>
      </w:pPr>
      <w:r w:rsidRPr="002B7D2F">
        <w:rPr>
          <w:color w:val="1D252C"/>
          <w:szCs w:val="24"/>
        </w:rPr>
        <w:t>It protects the people placed in its care and finishes the work it begins.</w:t>
      </w:r>
    </w:p>
    <w:p w14:paraId="66958D9E" w14:textId="77777777" w:rsidR="002B7D2F" w:rsidRDefault="00654B9D" w:rsidP="002B7D2F">
      <w:pPr>
        <w:keepLines/>
        <w:spacing w:after="100" w:line="240" w:lineRule="auto"/>
        <w:ind w:left="284" w:right="226"/>
        <w:jc w:val="center"/>
        <w:rPr>
          <w:color w:val="1D252C"/>
          <w:szCs w:val="24"/>
        </w:rPr>
      </w:pPr>
      <w:r w:rsidRPr="002B7D2F">
        <w:rPr>
          <w:b/>
          <w:bCs/>
          <w:color w:val="1D252C"/>
          <w:szCs w:val="24"/>
        </w:rPr>
        <w:t>That is the leadership I will bring:</w:t>
      </w:r>
      <w:r w:rsidRPr="002B7D2F">
        <w:rPr>
          <w:color w:val="1D252C"/>
          <w:szCs w:val="24"/>
        </w:rPr>
        <w:t xml:space="preserve"> the courage to begin, the character to continue,</w:t>
      </w:r>
    </w:p>
    <w:p w14:paraId="5F6B87C4" w14:textId="73A6F1C2" w:rsidR="00654B9D" w:rsidRPr="002B7D2F" w:rsidRDefault="00654B9D" w:rsidP="002B7D2F">
      <w:pPr>
        <w:keepLines/>
        <w:spacing w:after="100" w:line="240" w:lineRule="auto"/>
        <w:ind w:left="284" w:right="226"/>
        <w:jc w:val="center"/>
        <w:rPr>
          <w:b/>
          <w:color w:val="18375E"/>
          <w:szCs w:val="24"/>
        </w:rPr>
      </w:pPr>
      <w:r w:rsidRPr="002B7D2F">
        <w:rPr>
          <w:color w:val="1D252C"/>
          <w:szCs w:val="24"/>
        </w:rPr>
        <w:t>the wisdom to make sound decisions, the humility to serve and the accountability to answer for every action.</w:t>
      </w:r>
    </w:p>
    <w:p w14:paraId="523F819B" w14:textId="0737FEE9" w:rsidR="00545415" w:rsidRDefault="002B7D2F">
      <w:pPr>
        <w:keepNext/>
        <w:keepLines/>
        <w:spacing w:before="100" w:after="60" w:line="240" w:lineRule="auto"/>
        <w:jc w:val="center"/>
        <w:rPr>
          <w:b/>
          <w:color w:val="00717B"/>
          <w:sz w:val="36"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1E82DB6A" wp14:editId="017366AE">
            <wp:simplePos x="0" y="0"/>
            <wp:positionH relativeFrom="margin">
              <wp:posOffset>1618227</wp:posOffset>
            </wp:positionH>
            <wp:positionV relativeFrom="paragraph">
              <wp:posOffset>190500</wp:posOffset>
            </wp:positionV>
            <wp:extent cx="3590925" cy="1175385"/>
            <wp:effectExtent l="0" t="0" r="9525" b="5715"/>
            <wp:wrapSquare wrapText="bothSides"/>
            <wp:docPr id="528831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46C482" w14:textId="19BD1292" w:rsidR="00545415" w:rsidRDefault="00545415">
      <w:pPr>
        <w:keepNext/>
        <w:keepLines/>
        <w:spacing w:before="100" w:after="60" w:line="240" w:lineRule="auto"/>
        <w:jc w:val="center"/>
        <w:rPr>
          <w:b/>
          <w:color w:val="00717B"/>
          <w:sz w:val="36"/>
        </w:rPr>
      </w:pPr>
    </w:p>
    <w:p w14:paraId="66D6D093" w14:textId="12314530" w:rsidR="00545415" w:rsidRDefault="00545415">
      <w:pPr>
        <w:keepNext/>
        <w:keepLines/>
        <w:spacing w:before="100" w:after="60" w:line="240" w:lineRule="auto"/>
        <w:jc w:val="center"/>
        <w:rPr>
          <w:b/>
          <w:color w:val="00717B"/>
          <w:sz w:val="36"/>
        </w:rPr>
      </w:pPr>
    </w:p>
    <w:p w14:paraId="15554A0E" w14:textId="77777777" w:rsidR="00545415" w:rsidRDefault="00545415">
      <w:pPr>
        <w:keepNext/>
        <w:keepLines/>
        <w:spacing w:before="100" w:after="60" w:line="240" w:lineRule="auto"/>
        <w:jc w:val="center"/>
        <w:rPr>
          <w:b/>
          <w:color w:val="00717B"/>
          <w:sz w:val="36"/>
        </w:rPr>
      </w:pPr>
    </w:p>
    <w:p w14:paraId="772B731E" w14:textId="77777777" w:rsidR="00545415" w:rsidRPr="002B7D2F" w:rsidRDefault="00545415" w:rsidP="00545415">
      <w:pPr>
        <w:keepNext/>
        <w:keepLines/>
        <w:spacing w:before="120" w:after="60" w:line="240" w:lineRule="auto"/>
        <w:jc w:val="center"/>
        <w:rPr>
          <w:b/>
          <w:color w:val="00717B"/>
          <w:szCs w:val="10"/>
        </w:rPr>
      </w:pPr>
    </w:p>
    <w:p w14:paraId="1F71744A" w14:textId="105DBD14" w:rsidR="00545415" w:rsidRDefault="00545415" w:rsidP="00545415">
      <w:pPr>
        <w:keepNext/>
        <w:keepLines/>
        <w:spacing w:before="120" w:after="60" w:line="240" w:lineRule="auto"/>
        <w:jc w:val="center"/>
        <w:rPr>
          <w:b/>
          <w:color w:val="00717B"/>
          <w:sz w:val="37"/>
        </w:rPr>
      </w:pPr>
      <w:r>
        <w:rPr>
          <w:b/>
          <w:color w:val="00717B"/>
          <w:sz w:val="37"/>
        </w:rPr>
        <w:t>About Me</w:t>
      </w:r>
    </w:p>
    <w:p w14:paraId="23103DE3" w14:textId="77777777" w:rsidR="002B7D2F" w:rsidRDefault="00545415" w:rsidP="00545415">
      <w:pPr>
        <w:keepLines/>
        <w:spacing w:after="40" w:line="245" w:lineRule="auto"/>
        <w:jc w:val="center"/>
        <w:rPr>
          <w:color w:val="1D252C"/>
          <w:szCs w:val="24"/>
        </w:rPr>
      </w:pPr>
      <w:r w:rsidRPr="002B7D2F">
        <w:rPr>
          <w:color w:val="1D252C"/>
          <w:szCs w:val="24"/>
        </w:rPr>
        <w:t>I am a believer and know that I am accountable for my actions.</w:t>
      </w:r>
    </w:p>
    <w:p w14:paraId="5E86F09B" w14:textId="61660D11" w:rsidR="00545415" w:rsidRPr="002B7D2F" w:rsidRDefault="00545415" w:rsidP="00545415">
      <w:pPr>
        <w:keepLines/>
        <w:spacing w:after="40" w:line="245" w:lineRule="auto"/>
        <w:jc w:val="center"/>
        <w:rPr>
          <w:color w:val="1D252C"/>
          <w:szCs w:val="24"/>
        </w:rPr>
      </w:pPr>
      <w:r w:rsidRPr="002B7D2F">
        <w:rPr>
          <w:color w:val="1D252C"/>
          <w:szCs w:val="24"/>
        </w:rPr>
        <w:t>I will do my best to serve the people of Ward 8.</w:t>
      </w:r>
    </w:p>
    <w:p w14:paraId="79C94D36" w14:textId="77777777" w:rsidR="00545415" w:rsidRPr="002B7D2F" w:rsidRDefault="00545415" w:rsidP="00545415">
      <w:pPr>
        <w:keepLines/>
        <w:spacing w:after="40" w:line="245" w:lineRule="auto"/>
        <w:jc w:val="center"/>
        <w:rPr>
          <w:color w:val="1D252C"/>
          <w:szCs w:val="24"/>
        </w:rPr>
      </w:pPr>
      <w:r w:rsidRPr="002B7D2F">
        <w:rPr>
          <w:color w:val="1D252C"/>
          <w:szCs w:val="24"/>
        </w:rPr>
        <w:t>I come with a history of pushing the envelope in excellence in a variety of fields, including but not limited to:</w:t>
      </w:r>
    </w:p>
    <w:p w14:paraId="2CD60A38" w14:textId="77777777" w:rsidR="002B7D2F" w:rsidRDefault="00545415" w:rsidP="00545415">
      <w:pPr>
        <w:keepLines/>
        <w:spacing w:after="40" w:line="245" w:lineRule="auto"/>
        <w:jc w:val="center"/>
        <w:rPr>
          <w:color w:val="1D252C"/>
          <w:szCs w:val="24"/>
        </w:rPr>
      </w:pPr>
      <w:r w:rsidRPr="002B7D2F">
        <w:rPr>
          <w:color w:val="1D252C"/>
          <w:szCs w:val="24"/>
        </w:rPr>
        <w:t>owner full-service creative media production company, redefining “Legal Aid of Ontario” business process to an RFI/RFP, with skills in Defining Systems Requirements, Specifying Client Requirements, Professional Ethics,</w:t>
      </w:r>
    </w:p>
    <w:p w14:paraId="0F3F7AA6" w14:textId="77777777" w:rsidR="002B7D2F" w:rsidRDefault="00545415" w:rsidP="00545415">
      <w:pPr>
        <w:keepLines/>
        <w:spacing w:after="40" w:line="245" w:lineRule="auto"/>
        <w:jc w:val="center"/>
        <w:rPr>
          <w:color w:val="1D252C"/>
          <w:szCs w:val="24"/>
        </w:rPr>
      </w:pPr>
      <w:r w:rsidRPr="002B7D2F">
        <w:rPr>
          <w:color w:val="1D252C"/>
          <w:szCs w:val="24"/>
        </w:rPr>
        <w:t>Professional Logistician Executive Certification,</w:t>
      </w:r>
      <w:r w:rsidR="002B7D2F">
        <w:rPr>
          <w:color w:val="1D252C"/>
          <w:szCs w:val="24"/>
        </w:rPr>
        <w:t xml:space="preserve"> </w:t>
      </w:r>
      <w:r w:rsidRPr="002B7D2F">
        <w:rPr>
          <w:color w:val="1D252C"/>
          <w:szCs w:val="24"/>
        </w:rPr>
        <w:t>development of many start business ups to launch and</w:t>
      </w:r>
    </w:p>
    <w:p w14:paraId="41CD298E" w14:textId="270F410E" w:rsidR="00545415" w:rsidRPr="002B7D2F" w:rsidRDefault="00545415" w:rsidP="00545415">
      <w:pPr>
        <w:keepLines/>
        <w:spacing w:after="40" w:line="245" w:lineRule="auto"/>
        <w:jc w:val="center"/>
        <w:rPr>
          <w:color w:val="1D252C"/>
          <w:szCs w:val="24"/>
        </w:rPr>
      </w:pPr>
      <w:r w:rsidRPr="002B7D2F">
        <w:rPr>
          <w:color w:val="1D252C"/>
          <w:szCs w:val="24"/>
        </w:rPr>
        <w:t>would love for you all to see my accomplishments.</w:t>
      </w:r>
    </w:p>
    <w:p w14:paraId="76C008BF" w14:textId="77777777" w:rsidR="00545415" w:rsidRPr="002B7D2F" w:rsidRDefault="00545415" w:rsidP="00545415">
      <w:pPr>
        <w:keepLines/>
        <w:spacing w:after="40" w:line="245" w:lineRule="auto"/>
        <w:jc w:val="center"/>
        <w:rPr>
          <w:color w:val="1D252C"/>
          <w:szCs w:val="24"/>
        </w:rPr>
      </w:pPr>
      <w:r w:rsidRPr="002B7D2F">
        <w:rPr>
          <w:color w:val="1D252C"/>
          <w:szCs w:val="24"/>
        </w:rPr>
        <w:t>Please go to SteveLesperance.com for my resume and other goodies.</w:t>
      </w:r>
    </w:p>
    <w:p w14:paraId="59940ADC" w14:textId="77777777" w:rsidR="00545415" w:rsidRPr="002B7D2F" w:rsidRDefault="00545415">
      <w:pPr>
        <w:keepNext/>
        <w:keepLines/>
        <w:spacing w:before="100" w:after="60" w:line="240" w:lineRule="auto"/>
        <w:jc w:val="center"/>
        <w:rPr>
          <w:b/>
          <w:color w:val="00717B"/>
          <w:szCs w:val="12"/>
        </w:rPr>
      </w:pPr>
    </w:p>
    <w:p w14:paraId="4133C935" w14:textId="59092226" w:rsidR="00E34C5F" w:rsidRDefault="001A3DAA">
      <w:pPr>
        <w:keepNext/>
        <w:keepLines/>
        <w:spacing w:before="100" w:after="60" w:line="240" w:lineRule="auto"/>
        <w:jc w:val="center"/>
        <w:rPr>
          <w:b/>
          <w:color w:val="00717B"/>
          <w:sz w:val="36"/>
        </w:rPr>
      </w:pPr>
      <w:r>
        <w:rPr>
          <w:b/>
          <w:color w:val="00717B"/>
          <w:sz w:val="36"/>
        </w:rPr>
        <w:t xml:space="preserve">My </w:t>
      </w:r>
      <w:r w:rsidR="00E34C5F">
        <w:rPr>
          <w:b/>
          <w:color w:val="00717B"/>
          <w:sz w:val="36"/>
        </w:rPr>
        <w:t>C</w:t>
      </w:r>
      <w:r>
        <w:rPr>
          <w:b/>
          <w:color w:val="00717B"/>
          <w:sz w:val="36"/>
        </w:rPr>
        <w:t>ommitments</w:t>
      </w:r>
    </w:p>
    <w:p w14:paraId="33680965" w14:textId="77777777" w:rsidR="00E34C5F" w:rsidRPr="00E34C5F" w:rsidRDefault="00E34C5F">
      <w:pPr>
        <w:keepNext/>
        <w:keepLines/>
        <w:spacing w:before="100" w:after="60" w:line="240" w:lineRule="auto"/>
        <w:jc w:val="center"/>
        <w:rPr>
          <w:b/>
          <w:color w:val="00717B"/>
          <w:sz w:val="14"/>
          <w:szCs w:val="6"/>
        </w:rPr>
      </w:pPr>
    </w:p>
    <w:tbl>
      <w:tblPr>
        <w:tblStyle w:val="TableGrid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812"/>
      </w:tblGrid>
      <w:tr w:rsidR="00E34C5F" w14:paraId="5823A4FB" w14:textId="77777777" w:rsidTr="002B7D2F">
        <w:tc>
          <w:tcPr>
            <w:tcW w:w="5245" w:type="dxa"/>
          </w:tcPr>
          <w:p w14:paraId="52425175" w14:textId="77777777" w:rsidR="00E34C5F" w:rsidRDefault="00E34C5F" w:rsidP="000B2828">
            <w:pPr>
              <w:keepLines/>
            </w:pPr>
            <w:r>
              <w:rPr>
                <w:b/>
                <w:color w:val="B78B1F"/>
                <w:sz w:val="22"/>
              </w:rPr>
              <w:t xml:space="preserve">1  </w:t>
            </w:r>
            <w:r>
              <w:rPr>
                <w:b/>
                <w:color w:val="183746"/>
              </w:rPr>
              <w:t>Lower Taxes</w:t>
            </w:r>
          </w:p>
          <w:p w14:paraId="5E8A39A4" w14:textId="77777777" w:rsidR="002B7D2F" w:rsidRDefault="00E34C5F" w:rsidP="000B2828">
            <w:pPr>
              <w:keepLines/>
              <w:spacing w:before="20"/>
              <w:rPr>
                <w:color w:val="1D252C"/>
                <w:szCs w:val="28"/>
              </w:rPr>
            </w:pPr>
            <w:r w:rsidRPr="002B7D2F">
              <w:rPr>
                <w:color w:val="1D252C"/>
                <w:szCs w:val="28"/>
              </w:rPr>
              <w:t>I will fight to lower taxes by cutting waste</w:t>
            </w:r>
          </w:p>
          <w:p w14:paraId="553BC680" w14:textId="68B40E01" w:rsidR="00E34C5F" w:rsidRPr="002B7D2F" w:rsidRDefault="00E34C5F" w:rsidP="000B2828">
            <w:pPr>
              <w:keepLines/>
              <w:spacing w:before="20"/>
              <w:rPr>
                <w:color w:val="1D252C"/>
                <w:szCs w:val="28"/>
              </w:rPr>
            </w:pPr>
            <w:r w:rsidRPr="002B7D2F">
              <w:rPr>
                <w:color w:val="1D252C"/>
                <w:szCs w:val="28"/>
              </w:rPr>
              <w:t>and demanding better value for every taxpayer dollar.</w:t>
            </w:r>
          </w:p>
          <w:p w14:paraId="713B03E6" w14:textId="77777777" w:rsidR="00E34C5F" w:rsidRPr="00E34C5F" w:rsidRDefault="00E34C5F" w:rsidP="000B2828">
            <w:pPr>
              <w:keepLines/>
              <w:spacing w:before="20"/>
              <w:rPr>
                <w:color w:val="1D252C"/>
                <w:sz w:val="10"/>
                <w:szCs w:val="14"/>
              </w:rPr>
            </w:pPr>
          </w:p>
          <w:p w14:paraId="001181E0" w14:textId="77777777" w:rsidR="00E34C5F" w:rsidRDefault="00E34C5F" w:rsidP="000B2828">
            <w:pPr>
              <w:keepLines/>
            </w:pPr>
            <w:r>
              <w:rPr>
                <w:b/>
                <w:color w:val="B78B1F"/>
                <w:sz w:val="22"/>
              </w:rPr>
              <w:t xml:space="preserve">2  </w:t>
            </w:r>
            <w:r>
              <w:rPr>
                <w:b/>
                <w:color w:val="183746"/>
              </w:rPr>
              <w:t>Basic Services First</w:t>
            </w:r>
          </w:p>
          <w:p w14:paraId="65147AAC" w14:textId="77777777" w:rsidR="002B7D2F" w:rsidRDefault="00E34C5F" w:rsidP="000B2828">
            <w:pPr>
              <w:keepLines/>
              <w:spacing w:before="20"/>
              <w:rPr>
                <w:color w:val="1D252C"/>
                <w:szCs w:val="28"/>
              </w:rPr>
            </w:pPr>
            <w:r w:rsidRPr="002B7D2F">
              <w:rPr>
                <w:color w:val="1D252C"/>
                <w:szCs w:val="28"/>
              </w:rPr>
              <w:t>Roads, ditches, drainage, snow clearing, garbage,</w:t>
            </w:r>
          </w:p>
          <w:p w14:paraId="3AB01078" w14:textId="578A05FC" w:rsidR="00E34C5F" w:rsidRPr="002B7D2F" w:rsidRDefault="00E34C5F" w:rsidP="000B2828">
            <w:pPr>
              <w:keepLines/>
              <w:spacing w:before="20"/>
              <w:rPr>
                <w:color w:val="1D252C"/>
                <w:szCs w:val="28"/>
              </w:rPr>
            </w:pPr>
            <w:r w:rsidRPr="002B7D2F">
              <w:rPr>
                <w:color w:val="1D252C"/>
                <w:szCs w:val="28"/>
              </w:rPr>
              <w:t>water and infrastructure must work.</w:t>
            </w:r>
          </w:p>
          <w:p w14:paraId="13E35994" w14:textId="77777777" w:rsidR="00E34C5F" w:rsidRPr="00E34C5F" w:rsidRDefault="00E34C5F" w:rsidP="00E34C5F">
            <w:pPr>
              <w:keepLines/>
              <w:spacing w:before="20"/>
              <w:rPr>
                <w:color w:val="1D252C"/>
                <w:sz w:val="10"/>
                <w:szCs w:val="14"/>
              </w:rPr>
            </w:pPr>
          </w:p>
          <w:p w14:paraId="06F32A0B" w14:textId="77777777" w:rsidR="00E34C5F" w:rsidRDefault="00E34C5F" w:rsidP="000B2828">
            <w:pPr>
              <w:keepLines/>
            </w:pPr>
            <w:r>
              <w:rPr>
                <w:b/>
                <w:color w:val="B78B1F"/>
                <w:sz w:val="22"/>
              </w:rPr>
              <w:t xml:space="preserve">3  </w:t>
            </w:r>
            <w:r>
              <w:rPr>
                <w:b/>
                <w:color w:val="183746"/>
              </w:rPr>
              <w:t>Fair By-Laws and Enforcement</w:t>
            </w:r>
          </w:p>
          <w:p w14:paraId="39A0AE48" w14:textId="77777777" w:rsidR="00E34C5F" w:rsidRPr="002B7D2F" w:rsidRDefault="00E34C5F" w:rsidP="000B2828">
            <w:pPr>
              <w:keepLines/>
              <w:spacing w:before="20"/>
              <w:rPr>
                <w:color w:val="1D252C"/>
                <w:szCs w:val="28"/>
              </w:rPr>
            </w:pPr>
            <w:r w:rsidRPr="002B7D2F">
              <w:rPr>
                <w:color w:val="1D252C"/>
                <w:szCs w:val="28"/>
              </w:rPr>
              <w:t>I will work for clear, fair by-laws and respectful enforcement applied equally to everyone.</w:t>
            </w:r>
          </w:p>
          <w:p w14:paraId="13F04142" w14:textId="77777777" w:rsidR="00E34C5F" w:rsidRPr="00E34C5F" w:rsidRDefault="00E34C5F" w:rsidP="00E34C5F">
            <w:pPr>
              <w:keepLines/>
              <w:spacing w:before="20"/>
              <w:rPr>
                <w:color w:val="1D252C"/>
                <w:sz w:val="10"/>
                <w:szCs w:val="14"/>
              </w:rPr>
            </w:pPr>
          </w:p>
          <w:p w14:paraId="2307C670" w14:textId="77777777" w:rsidR="00E34C5F" w:rsidRDefault="00E34C5F" w:rsidP="000B2828">
            <w:pPr>
              <w:keepLines/>
            </w:pPr>
            <w:r>
              <w:rPr>
                <w:b/>
                <w:color w:val="B78B1F"/>
                <w:sz w:val="22"/>
              </w:rPr>
              <w:t xml:space="preserve">4  </w:t>
            </w:r>
            <w:r>
              <w:rPr>
                <w:b/>
                <w:color w:val="183746"/>
              </w:rPr>
              <w:t>Local Jobs and Business</w:t>
            </w:r>
          </w:p>
          <w:p w14:paraId="33329CB8" w14:textId="4AA39D16" w:rsidR="00E34C5F" w:rsidRPr="002B7D2F" w:rsidRDefault="00E34C5F" w:rsidP="000B2828">
            <w:pPr>
              <w:keepNext/>
              <w:keepLines/>
              <w:spacing w:before="100" w:after="60"/>
              <w:rPr>
                <w:color w:val="1D252C"/>
                <w:szCs w:val="28"/>
              </w:rPr>
            </w:pPr>
            <w:r w:rsidRPr="002B7D2F">
              <w:rPr>
                <w:color w:val="1D252C"/>
                <w:szCs w:val="28"/>
              </w:rPr>
              <w:t>I will support local businesses, attract good jobs,</w:t>
            </w:r>
            <w:r w:rsidR="002B7D2F">
              <w:rPr>
                <w:color w:val="1D252C"/>
                <w:szCs w:val="28"/>
              </w:rPr>
              <w:t xml:space="preserve"> </w:t>
            </w:r>
            <w:r w:rsidRPr="002B7D2F">
              <w:rPr>
                <w:color w:val="1D252C"/>
                <w:szCs w:val="28"/>
              </w:rPr>
              <w:t>and</w:t>
            </w:r>
            <w:r w:rsidR="002B7D2F">
              <w:rPr>
                <w:color w:val="1D252C"/>
                <w:szCs w:val="28"/>
              </w:rPr>
              <w:br/>
            </w:r>
            <w:r w:rsidRPr="002B7D2F">
              <w:rPr>
                <w:color w:val="1D252C"/>
                <w:szCs w:val="28"/>
              </w:rPr>
              <w:t>keep more of our money working within our community.</w:t>
            </w:r>
          </w:p>
          <w:p w14:paraId="03044730" w14:textId="77777777" w:rsidR="00E34C5F" w:rsidRPr="00E34C5F" w:rsidRDefault="00E34C5F" w:rsidP="00E34C5F">
            <w:pPr>
              <w:keepLines/>
              <w:spacing w:before="20"/>
              <w:rPr>
                <w:color w:val="1D252C"/>
                <w:sz w:val="10"/>
                <w:szCs w:val="14"/>
              </w:rPr>
            </w:pPr>
          </w:p>
          <w:p w14:paraId="74F02A96" w14:textId="77777777" w:rsidR="00E34C5F" w:rsidRDefault="00E34C5F" w:rsidP="00E34C5F">
            <w:pPr>
              <w:keepLines/>
            </w:pPr>
            <w:r>
              <w:rPr>
                <w:b/>
                <w:color w:val="B78B1F"/>
                <w:sz w:val="22"/>
              </w:rPr>
              <w:t xml:space="preserve">5  </w:t>
            </w:r>
            <w:r w:rsidRPr="00192A51">
              <w:rPr>
                <w:b/>
                <w:color w:val="183746"/>
              </w:rPr>
              <w:t>Protect Taxpayers Through Transparency</w:t>
            </w:r>
          </w:p>
          <w:p w14:paraId="7C546FDB" w14:textId="2E52A617" w:rsidR="00E34C5F" w:rsidRPr="00E34C5F" w:rsidRDefault="00E34C5F" w:rsidP="00E34C5F">
            <w:pPr>
              <w:keepLines/>
              <w:spacing w:before="20"/>
              <w:rPr>
                <w:color w:val="1D252C"/>
                <w:sz w:val="17"/>
              </w:rPr>
            </w:pPr>
            <w:r w:rsidRPr="002B7D2F">
              <w:rPr>
                <w:color w:val="1D252C"/>
                <w:szCs w:val="28"/>
              </w:rPr>
              <w:t>City Hall must manage taxpayers’ money responsibly and clearly explain major votes, spending, service results and public decisions.</w:t>
            </w:r>
          </w:p>
        </w:tc>
        <w:tc>
          <w:tcPr>
            <w:tcW w:w="5812" w:type="dxa"/>
          </w:tcPr>
          <w:p w14:paraId="3682A4D0" w14:textId="77777777" w:rsidR="00E34C5F" w:rsidRDefault="00E34C5F" w:rsidP="000B2828">
            <w:pPr>
              <w:keepLines/>
            </w:pPr>
            <w:r>
              <w:rPr>
                <w:b/>
                <w:color w:val="B78B1F"/>
                <w:sz w:val="22"/>
              </w:rPr>
              <w:t xml:space="preserve">6  </w:t>
            </w:r>
            <w:r>
              <w:rPr>
                <w:b/>
                <w:color w:val="183746"/>
              </w:rPr>
              <w:t>Protect Rural Life</w:t>
            </w:r>
          </w:p>
          <w:p w14:paraId="024D1CCB" w14:textId="77777777" w:rsidR="002B7D2F" w:rsidRDefault="00E34C5F" w:rsidP="000B2828">
            <w:pPr>
              <w:keepLines/>
              <w:spacing w:before="20"/>
              <w:rPr>
                <w:color w:val="1D252C"/>
                <w:szCs w:val="28"/>
              </w:rPr>
            </w:pPr>
            <w:r w:rsidRPr="002B7D2F">
              <w:rPr>
                <w:color w:val="1D252C"/>
                <w:szCs w:val="28"/>
              </w:rPr>
              <w:t>Farmers, rural residents and property owners</w:t>
            </w:r>
          </w:p>
          <w:p w14:paraId="4CF9932F" w14:textId="385725AD" w:rsidR="00E34C5F" w:rsidRPr="002B7D2F" w:rsidRDefault="00E34C5F" w:rsidP="000B2828">
            <w:pPr>
              <w:keepLines/>
              <w:spacing w:before="20"/>
              <w:rPr>
                <w:color w:val="1D252C"/>
                <w:szCs w:val="28"/>
              </w:rPr>
            </w:pPr>
            <w:r w:rsidRPr="002B7D2F">
              <w:rPr>
                <w:color w:val="1D252C"/>
                <w:szCs w:val="28"/>
              </w:rPr>
              <w:t>deserve respect and practical policies.</w:t>
            </w:r>
          </w:p>
          <w:p w14:paraId="562BB77B" w14:textId="77777777" w:rsidR="00E34C5F" w:rsidRPr="00E34C5F" w:rsidRDefault="00E34C5F" w:rsidP="00E34C5F">
            <w:pPr>
              <w:keepLines/>
              <w:spacing w:before="20"/>
              <w:rPr>
                <w:color w:val="1D252C"/>
                <w:sz w:val="10"/>
                <w:szCs w:val="14"/>
              </w:rPr>
            </w:pPr>
          </w:p>
          <w:p w14:paraId="4213B4D2" w14:textId="77777777" w:rsidR="00E34C5F" w:rsidRDefault="00E34C5F" w:rsidP="000B2828">
            <w:pPr>
              <w:keepLines/>
            </w:pPr>
            <w:r>
              <w:rPr>
                <w:b/>
                <w:color w:val="B78B1F"/>
                <w:sz w:val="22"/>
              </w:rPr>
              <w:t xml:space="preserve">7  </w:t>
            </w:r>
            <w:r>
              <w:rPr>
                <w:b/>
                <w:color w:val="183746"/>
              </w:rPr>
              <w:t>Support Seniors and Families</w:t>
            </w:r>
          </w:p>
          <w:p w14:paraId="3B3C7040" w14:textId="77777777" w:rsidR="002B7D2F" w:rsidRDefault="00E34C5F" w:rsidP="000B2828">
            <w:pPr>
              <w:keepLines/>
              <w:spacing w:before="20"/>
              <w:rPr>
                <w:color w:val="1D252C"/>
                <w:szCs w:val="28"/>
              </w:rPr>
            </w:pPr>
            <w:r w:rsidRPr="002B7D2F">
              <w:rPr>
                <w:color w:val="1D252C"/>
                <w:szCs w:val="28"/>
              </w:rPr>
              <w:t>A strong community protects elders,</w:t>
            </w:r>
          </w:p>
          <w:p w14:paraId="090CB1C9" w14:textId="719763F4" w:rsidR="00E34C5F" w:rsidRPr="002B7D2F" w:rsidRDefault="00E34C5F" w:rsidP="000B2828">
            <w:pPr>
              <w:keepLines/>
              <w:spacing w:before="20"/>
              <w:rPr>
                <w:color w:val="1D252C"/>
                <w:szCs w:val="28"/>
              </w:rPr>
            </w:pPr>
            <w:r w:rsidRPr="002B7D2F">
              <w:rPr>
                <w:color w:val="1D252C"/>
                <w:szCs w:val="28"/>
              </w:rPr>
              <w:t>supports families and the vulnerable.</w:t>
            </w:r>
          </w:p>
          <w:p w14:paraId="662AC89E" w14:textId="77777777" w:rsidR="00E34C5F" w:rsidRPr="00E34C5F" w:rsidRDefault="00E34C5F" w:rsidP="00E34C5F">
            <w:pPr>
              <w:keepLines/>
              <w:spacing w:before="20"/>
              <w:rPr>
                <w:color w:val="1D252C"/>
                <w:sz w:val="10"/>
                <w:szCs w:val="14"/>
              </w:rPr>
            </w:pPr>
          </w:p>
          <w:p w14:paraId="5EF0EC20" w14:textId="77777777" w:rsidR="00E34C5F" w:rsidRDefault="00E34C5F" w:rsidP="000B2828">
            <w:pPr>
              <w:keepLines/>
            </w:pPr>
            <w:r>
              <w:rPr>
                <w:b/>
                <w:color w:val="B78B1F"/>
                <w:sz w:val="22"/>
              </w:rPr>
              <w:t xml:space="preserve">8  </w:t>
            </w:r>
            <w:r w:rsidRPr="00E34C5F">
              <w:rPr>
                <w:b/>
                <w:color w:val="183746"/>
              </w:rPr>
              <w:t>Protect Property Rights and Public Input</w:t>
            </w:r>
          </w:p>
          <w:p w14:paraId="3A859D9F" w14:textId="77777777" w:rsidR="009C0B73" w:rsidRDefault="00E34C5F" w:rsidP="009C0B73">
            <w:pPr>
              <w:keepLines/>
              <w:spacing w:before="20"/>
              <w:ind w:right="459"/>
              <w:rPr>
                <w:color w:val="1D252C"/>
                <w:szCs w:val="28"/>
                <w:lang w:val="en-CA"/>
              </w:rPr>
            </w:pPr>
            <w:r w:rsidRPr="002B7D2F">
              <w:rPr>
                <w:color w:val="1D252C"/>
                <w:szCs w:val="28"/>
                <w:lang w:val="en-CA"/>
              </w:rPr>
              <w:t>Residents should never learn after the fact that zoning affecting their property has changed. I will fight for direct notice, meaningful consultation and a real opportunity for residents to have their say before rezoning decisions are made. I am here to protect the people, defend the use and enjoyment of their property, and ensure City Hall respects the rights, freedoms and principles recognized</w:t>
            </w:r>
          </w:p>
          <w:p w14:paraId="5B9F667C" w14:textId="1521534E" w:rsidR="00E34C5F" w:rsidRPr="002B7D2F" w:rsidRDefault="00E34C5F" w:rsidP="009C0B73">
            <w:pPr>
              <w:keepLines/>
              <w:spacing w:before="20"/>
              <w:ind w:right="34"/>
              <w:rPr>
                <w:color w:val="1D252C"/>
                <w:szCs w:val="28"/>
                <w:lang w:val="en-CA"/>
              </w:rPr>
            </w:pPr>
            <w:r w:rsidRPr="002B7D2F">
              <w:rPr>
                <w:color w:val="1D252C"/>
                <w:szCs w:val="28"/>
                <w:lang w:val="en-CA"/>
              </w:rPr>
              <w:t xml:space="preserve">in the </w:t>
            </w:r>
            <w:r w:rsidRPr="002B7D2F">
              <w:rPr>
                <w:b/>
                <w:bCs/>
                <w:color w:val="1D252C"/>
                <w:szCs w:val="28"/>
                <w:lang w:val="en-CA"/>
              </w:rPr>
              <w:t>Canadian Bill of Rights and Constitution</w:t>
            </w:r>
            <w:r w:rsidRPr="002B7D2F">
              <w:rPr>
                <w:color w:val="1D252C"/>
                <w:szCs w:val="28"/>
                <w:lang w:val="en-CA"/>
              </w:rPr>
              <w:t>.</w:t>
            </w:r>
            <w:r w:rsidR="002B7D2F">
              <w:rPr>
                <w:color w:val="1D252C"/>
                <w:szCs w:val="28"/>
                <w:lang w:val="en-CA"/>
              </w:rPr>
              <w:br/>
            </w:r>
            <w:r w:rsidRPr="002B7D2F">
              <w:rPr>
                <w:color w:val="1D252C"/>
                <w:szCs w:val="28"/>
                <w:lang w:val="en-CA"/>
              </w:rPr>
              <w:t>Decisions must be lawful, transparent, fair and accountable.</w:t>
            </w:r>
          </w:p>
          <w:p w14:paraId="0D2B7B3E" w14:textId="77777777" w:rsidR="00E34C5F" w:rsidRDefault="00E34C5F" w:rsidP="000B2828">
            <w:pPr>
              <w:keepNext/>
              <w:keepLines/>
              <w:spacing w:before="100" w:after="60"/>
              <w:rPr>
                <w:b/>
                <w:color w:val="00717B"/>
                <w:sz w:val="36"/>
              </w:rPr>
            </w:pPr>
          </w:p>
        </w:tc>
      </w:tr>
    </w:tbl>
    <w:p w14:paraId="3A38C932" w14:textId="77777777" w:rsidR="002B7D2F" w:rsidRPr="002B7D2F" w:rsidRDefault="002B7D2F" w:rsidP="002B7D2F">
      <w:pPr>
        <w:keepNext/>
        <w:keepLines/>
        <w:spacing w:before="100" w:after="60" w:line="240" w:lineRule="auto"/>
        <w:jc w:val="center"/>
        <w:rPr>
          <w:b/>
          <w:color w:val="00717B"/>
          <w:szCs w:val="12"/>
        </w:rPr>
      </w:pPr>
    </w:p>
    <w:p w14:paraId="592ECB17" w14:textId="77777777" w:rsidR="00CD53D9" w:rsidRPr="002B7D2F" w:rsidRDefault="00000000">
      <w:pPr>
        <w:keepLines/>
        <w:spacing w:before="20" w:after="20" w:line="240" w:lineRule="auto"/>
        <w:jc w:val="center"/>
        <w:rPr>
          <w:b/>
          <w:color w:val="00717B"/>
          <w:sz w:val="36"/>
        </w:rPr>
      </w:pPr>
      <w:r w:rsidRPr="002B7D2F">
        <w:rPr>
          <w:b/>
          <w:color w:val="00717B"/>
          <w:sz w:val="36"/>
        </w:rPr>
        <w:t>ELECT STEVE IF YOU WANT:</w:t>
      </w:r>
    </w:p>
    <w:p w14:paraId="733209C5" w14:textId="77777777" w:rsidR="00CD53D9" w:rsidRDefault="00000000">
      <w:pPr>
        <w:keepLines/>
        <w:spacing w:after="20" w:line="240" w:lineRule="auto"/>
        <w:jc w:val="center"/>
        <w:rPr>
          <w:b/>
          <w:color w:val="1D252C"/>
          <w:sz w:val="19"/>
        </w:rPr>
      </w:pPr>
      <w:r>
        <w:rPr>
          <w:b/>
          <w:color w:val="1D252C"/>
          <w:sz w:val="19"/>
        </w:rPr>
        <w:t>Truth Before Spin   •   Answers Before Excuses   •   Service Before Politics</w:t>
      </w:r>
    </w:p>
    <w:p w14:paraId="2F8B52F7" w14:textId="77777777" w:rsidR="002B7D2F" w:rsidRPr="002B7D2F" w:rsidRDefault="002B7D2F" w:rsidP="002B7D2F">
      <w:pPr>
        <w:keepNext/>
        <w:keepLines/>
        <w:spacing w:before="100" w:after="60" w:line="240" w:lineRule="auto"/>
        <w:jc w:val="center"/>
        <w:rPr>
          <w:b/>
          <w:color w:val="00717B"/>
          <w:szCs w:val="12"/>
        </w:rPr>
      </w:pPr>
    </w:p>
    <w:p w14:paraId="6E490166" w14:textId="77777777" w:rsidR="00A249DA" w:rsidRPr="00654B9D" w:rsidRDefault="00A249DA">
      <w:pPr>
        <w:keepLines/>
        <w:spacing w:after="20" w:line="240" w:lineRule="auto"/>
        <w:jc w:val="center"/>
        <w:rPr>
          <w:sz w:val="14"/>
          <w:szCs w:val="16"/>
        </w:rPr>
      </w:pPr>
    </w:p>
    <w:p w14:paraId="61ADB14B" w14:textId="77777777" w:rsidR="00CD53D9" w:rsidRDefault="00000000">
      <w:pPr>
        <w:keepLines/>
        <w:spacing w:before="20" w:line="240" w:lineRule="auto"/>
        <w:jc w:val="center"/>
      </w:pPr>
      <w:r>
        <w:rPr>
          <w:b/>
          <w:color w:val="000000"/>
          <w:sz w:val="41"/>
        </w:rPr>
        <w:t>ELECT STEVE LESPERANCE</w:t>
      </w:r>
    </w:p>
    <w:p w14:paraId="17363F04" w14:textId="2FDA89F6" w:rsidR="003D763C" w:rsidRDefault="003D763C" w:rsidP="003D763C">
      <w:pPr>
        <w:jc w:val="center"/>
        <w:rPr>
          <w:b/>
          <w:color w:val="1D252C"/>
          <w:sz w:val="18"/>
        </w:rPr>
      </w:pPr>
      <w:r w:rsidRPr="003D763C">
        <w:rPr>
          <w:b/>
          <w:color w:val="1D252C"/>
          <w:sz w:val="18"/>
        </w:rPr>
        <w:t>Steve promises accountability by building the system for it.</w:t>
      </w:r>
    </w:p>
    <w:p w14:paraId="0EFA925E" w14:textId="77777777" w:rsidR="002B7D2F" w:rsidRPr="00C76403" w:rsidRDefault="002B7D2F" w:rsidP="002B7D2F">
      <w:pPr>
        <w:keepNext/>
        <w:keepLines/>
        <w:spacing w:before="100" w:after="60" w:line="240" w:lineRule="auto"/>
        <w:jc w:val="center"/>
        <w:rPr>
          <w:b/>
          <w:color w:val="00717B"/>
          <w:szCs w:val="12"/>
          <w:lang w:val="en-CA"/>
        </w:rPr>
      </w:pPr>
    </w:p>
    <w:p w14:paraId="02756F99" w14:textId="631924A0" w:rsidR="00CD53D9" w:rsidRPr="002B7D2F" w:rsidRDefault="00000000" w:rsidP="002B7D2F">
      <w:pPr>
        <w:keepLines/>
        <w:spacing w:before="20" w:after="20" w:line="240" w:lineRule="auto"/>
        <w:jc w:val="center"/>
        <w:rPr>
          <w:b/>
          <w:color w:val="00717B"/>
          <w:sz w:val="36"/>
        </w:rPr>
      </w:pPr>
      <w:r w:rsidRPr="002B7D2F">
        <w:rPr>
          <w:b/>
          <w:color w:val="00717B"/>
          <w:sz w:val="36"/>
        </w:rPr>
        <w:t>WARD 8 COUNCILLOR</w:t>
      </w:r>
    </w:p>
    <w:p w14:paraId="349A6347" w14:textId="2138439A" w:rsidR="00CD53D9" w:rsidRDefault="00654B9D" w:rsidP="00A249DA">
      <w:pPr>
        <w:keepLines/>
        <w:spacing w:line="240" w:lineRule="auto"/>
        <w:jc w:val="center"/>
      </w:pPr>
      <w:r w:rsidRPr="00654B9D">
        <w:rPr>
          <w:b/>
          <w:color w:val="000000"/>
          <w:sz w:val="21"/>
        </w:rPr>
        <w:t>info@stevelesperance.com</w:t>
      </w:r>
      <w:r>
        <w:rPr>
          <w:b/>
          <w:color w:val="000000"/>
          <w:sz w:val="21"/>
        </w:rPr>
        <w:t xml:space="preserve">   |   SteveLesperance.com   |   </w:t>
      </w:r>
      <w:r w:rsidRPr="00654B9D">
        <w:rPr>
          <w:b/>
          <w:color w:val="000000"/>
          <w:sz w:val="21"/>
        </w:rPr>
        <w:t>www.facebook.com/VoteSteveLesperance</w:t>
      </w:r>
    </w:p>
    <w:sectPr w:rsidR="00CD53D9" w:rsidSect="00034616">
      <w:pgSz w:w="12240" w:h="15840"/>
      <w:pgMar w:top="504" w:right="691" w:bottom="504" w:left="691" w:header="144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8137811">
    <w:abstractNumId w:val="8"/>
  </w:num>
  <w:num w:numId="2" w16cid:durableId="194004081">
    <w:abstractNumId w:val="6"/>
  </w:num>
  <w:num w:numId="3" w16cid:durableId="924412631">
    <w:abstractNumId w:val="5"/>
  </w:num>
  <w:num w:numId="4" w16cid:durableId="936058136">
    <w:abstractNumId w:val="4"/>
  </w:num>
  <w:num w:numId="5" w16cid:durableId="1411005132">
    <w:abstractNumId w:val="7"/>
  </w:num>
  <w:num w:numId="6" w16cid:durableId="787629809">
    <w:abstractNumId w:val="3"/>
  </w:num>
  <w:num w:numId="7" w16cid:durableId="514999056">
    <w:abstractNumId w:val="2"/>
  </w:num>
  <w:num w:numId="8" w16cid:durableId="723992028">
    <w:abstractNumId w:val="1"/>
  </w:num>
  <w:num w:numId="9" w16cid:durableId="629282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39C6"/>
    <w:rsid w:val="0015074B"/>
    <w:rsid w:val="00192A51"/>
    <w:rsid w:val="001A3DAA"/>
    <w:rsid w:val="00202A8D"/>
    <w:rsid w:val="0029639D"/>
    <w:rsid w:val="002B7D2F"/>
    <w:rsid w:val="00326F90"/>
    <w:rsid w:val="00347990"/>
    <w:rsid w:val="00381352"/>
    <w:rsid w:val="003D763C"/>
    <w:rsid w:val="003F167A"/>
    <w:rsid w:val="00545415"/>
    <w:rsid w:val="00654B9D"/>
    <w:rsid w:val="006C7388"/>
    <w:rsid w:val="006F5824"/>
    <w:rsid w:val="009C0B73"/>
    <w:rsid w:val="00A206AE"/>
    <w:rsid w:val="00A249DA"/>
    <w:rsid w:val="00AA1D8D"/>
    <w:rsid w:val="00B47730"/>
    <w:rsid w:val="00C04F42"/>
    <w:rsid w:val="00C22213"/>
    <w:rsid w:val="00C76403"/>
    <w:rsid w:val="00CB0664"/>
    <w:rsid w:val="00CD53D9"/>
    <w:rsid w:val="00D15E6E"/>
    <w:rsid w:val="00E34C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E89EBB"/>
  <w14:defaultImageDpi w14:val="300"/>
  <w15:docId w15:val="{3B49824D-AB89-4390-B327-117ED736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54B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4B9D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54B9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54B9D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Steve Lesperance Ward 8 Two-Page Flyer</vt:lpstr>
    </vt:vector>
  </TitlesOfParts>
  <Manager/>
  <Company/>
  <LinksUpToDate>false</LinksUpToDate>
  <CharactersWithSpaces>4443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Steve Lesperance Ward 8 Two-Page Flyer</dc:title>
  <dc:subject>Why I Am Running, Public Issue Tracker App, and Vision for Change</dc:subject>
  <dc:creator>Steve Lesperance Campaign</dc:creator>
  <cp:keywords/>
  <dc:description>generated by python-docx</dc:description>
  <cp:lastModifiedBy>BroSteveSisWenda YHWH</cp:lastModifiedBy>
  <cp:revision>5</cp:revision>
  <cp:lastPrinted>2026-08-12T02:37:00Z</cp:lastPrinted>
  <dcterms:created xsi:type="dcterms:W3CDTF">2026-08-12T02:14:00Z</dcterms:created>
  <dcterms:modified xsi:type="dcterms:W3CDTF">2026-08-12T02:41:00Z</dcterms:modified>
  <cp:category/>
</cp:coreProperties>
</file>